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F55AC3" w:rsidRPr="00F154D5" w14:paraId="15DBE681" w14:textId="77777777">
        <w:trPr>
          <w:jc w:val="center"/>
        </w:trPr>
        <w:tc>
          <w:tcPr>
            <w:tcW w:w="518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8945454" w14:textId="1E607F91" w:rsidR="00F55AC3" w:rsidRPr="00F154D5" w:rsidRDefault="00000000" w:rsidP="00F154D5">
            <w:pPr>
              <w:jc w:val="both"/>
              <w:rPr>
                <w:lang w:val="es-CO"/>
              </w:rPr>
            </w:pPr>
            <w:r w:rsidRPr="00F154D5">
              <w:rPr>
                <w:b/>
                <w:color w:val="17365D"/>
                <w:sz w:val="32"/>
                <w:lang w:val="es-CO"/>
              </w:rPr>
              <w:t>NOMBRES Y APELLIDOS</w:t>
            </w:r>
          </w:p>
          <w:p w14:paraId="5D73E478" w14:textId="77777777" w:rsidR="00F55AC3" w:rsidRPr="00F154D5" w:rsidRDefault="00000000" w:rsidP="00F154D5">
            <w:pPr>
              <w:spacing w:after="0"/>
              <w:jc w:val="both"/>
              <w:rPr>
                <w:lang w:val="es-CO"/>
              </w:rPr>
            </w:pPr>
            <w:r w:rsidRPr="00F154D5">
              <w:rPr>
                <w:lang w:val="es-CO"/>
              </w:rPr>
              <w:t>Estudiante de Ingeniería Eléctrica - IX semestre</w:t>
            </w:r>
          </w:p>
        </w:tc>
        <w:tc>
          <w:tcPr>
            <w:tcW w:w="518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210B426" w14:textId="1103226F" w:rsidR="00F55AC3" w:rsidRPr="00F154D5" w:rsidRDefault="00F154D5" w:rsidP="00F154D5">
            <w:pPr>
              <w:rPr>
                <w:lang w:val="es-CO"/>
              </w:rPr>
            </w:pPr>
            <w:r>
              <w:rPr>
                <w:b/>
                <w:lang w:val="es-CO"/>
              </w:rPr>
              <w:t xml:space="preserve">Pamplona (o </w:t>
            </w:r>
            <w:proofErr w:type="spellStart"/>
            <w:r>
              <w:rPr>
                <w:b/>
                <w:lang w:val="es-CO"/>
              </w:rPr>
              <w:t>Vílla</w:t>
            </w:r>
            <w:proofErr w:type="spellEnd"/>
            <w:r>
              <w:rPr>
                <w:b/>
                <w:lang w:val="es-CO"/>
              </w:rPr>
              <w:t xml:space="preserve"> del Rosario)</w:t>
            </w:r>
            <w:r w:rsidR="00000000" w:rsidRPr="00F154D5">
              <w:rPr>
                <w:b/>
                <w:lang w:val="es-CO"/>
              </w:rPr>
              <w:t>, Colombia</w:t>
            </w:r>
            <w:r w:rsidR="00000000" w:rsidRPr="00F154D5">
              <w:rPr>
                <w:b/>
                <w:lang w:val="es-CO"/>
              </w:rPr>
              <w:br/>
            </w:r>
            <w:r w:rsidR="00000000" w:rsidRPr="00F154D5">
              <w:rPr>
                <w:lang w:val="es-CO"/>
              </w:rPr>
              <w:t xml:space="preserve">+57 XXX </w:t>
            </w:r>
            <w:proofErr w:type="spellStart"/>
            <w:r w:rsidR="00000000" w:rsidRPr="00F154D5">
              <w:rPr>
                <w:lang w:val="es-CO"/>
              </w:rPr>
              <w:t>XXX</w:t>
            </w:r>
            <w:proofErr w:type="spellEnd"/>
            <w:r w:rsidR="00000000" w:rsidRPr="00F154D5">
              <w:rPr>
                <w:lang w:val="es-CO"/>
              </w:rPr>
              <w:t xml:space="preserve"> XXXX</w:t>
            </w:r>
            <w:r>
              <w:rPr>
                <w:lang w:val="es-CO"/>
              </w:rPr>
              <w:t xml:space="preserve"> (El celular debe ser uno donde lo puedan contactar rápidamente, se sugiere no cambiar el número mientras se da el proceso)</w:t>
            </w:r>
            <w:r w:rsidR="00000000" w:rsidRPr="00F154D5">
              <w:rPr>
                <w:lang w:val="es-CO"/>
              </w:rPr>
              <w:br/>
            </w:r>
            <w:hyperlink r:id="rId8" w:history="1">
              <w:r w:rsidRPr="00BE54CD">
                <w:rPr>
                  <w:rStyle w:val="Hipervnculo"/>
                  <w:lang w:val="es-CO"/>
                </w:rPr>
                <w:t>correo@unipamplona.edu.co</w:t>
              </w:r>
            </w:hyperlink>
            <w:r>
              <w:rPr>
                <w:lang w:val="es-CO"/>
              </w:rPr>
              <w:t xml:space="preserve"> </w:t>
            </w:r>
            <w:r w:rsidR="00000000" w:rsidRPr="00F154D5">
              <w:rPr>
                <w:lang w:val="es-CO"/>
              </w:rPr>
              <w:br/>
              <w:t>linkedin.com/in/usuario</w:t>
            </w:r>
            <w:r>
              <w:rPr>
                <w:lang w:val="es-CO"/>
              </w:rPr>
              <w:t xml:space="preserve"> (si lo tiene)</w:t>
            </w:r>
          </w:p>
        </w:tc>
      </w:tr>
      <w:tr w:rsidR="00F55AC3" w:rsidRPr="00F154D5" w14:paraId="56FD0FC3" w14:textId="77777777">
        <w:trPr>
          <w:jc w:val="center"/>
        </w:trPr>
        <w:tc>
          <w:tcPr>
            <w:tcW w:w="10368" w:type="dxa"/>
            <w:gridSpan w:val="2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026AE64" w14:textId="77777777" w:rsidR="00F55AC3" w:rsidRPr="00F154D5" w:rsidRDefault="00000000" w:rsidP="00F154D5">
            <w:pPr>
              <w:pStyle w:val="Indicacion"/>
              <w:jc w:val="both"/>
              <w:rPr>
                <w:lang w:val="es-CO"/>
              </w:rPr>
            </w:pPr>
            <w:r w:rsidRPr="00F154D5">
              <w:rPr>
                <w:lang w:val="es-CO"/>
              </w:rPr>
              <w:t>INDICACIÓN: Use nombre completo y datos de contacto vigentes. Incluya ciudad de residencia y LinkedIn si el perfil está actualizado. No incluya foto, fecha de nacimiento, estado civil, número de documento ni dirección completa.</w:t>
            </w:r>
          </w:p>
        </w:tc>
      </w:tr>
    </w:tbl>
    <w:p w14:paraId="45529916" w14:textId="77777777" w:rsidR="00F55AC3" w:rsidRPr="00F154D5" w:rsidRDefault="00000000" w:rsidP="00F154D5">
      <w:pPr>
        <w:pBdr>
          <w:bottom w:val="single" w:sz="6" w:space="1" w:color="A6A6A6"/>
        </w:pBdr>
        <w:spacing w:before="140" w:after="60"/>
        <w:jc w:val="both"/>
        <w:rPr>
          <w:lang w:val="es-CO"/>
        </w:rPr>
      </w:pPr>
      <w:r w:rsidRPr="00F154D5">
        <w:rPr>
          <w:b/>
          <w:color w:val="17365D"/>
          <w:sz w:val="22"/>
          <w:lang w:val="es-CO"/>
        </w:rPr>
        <w:t>1. PERFIL PROFESIONAL</w:t>
      </w:r>
    </w:p>
    <w:p w14:paraId="0CC7B464" w14:textId="77777777" w:rsidR="00F55AC3" w:rsidRPr="00F154D5" w:rsidRDefault="00000000" w:rsidP="00F154D5">
      <w:pPr>
        <w:pStyle w:val="Indicacion"/>
        <w:jc w:val="both"/>
        <w:rPr>
          <w:lang w:val="es-CO"/>
        </w:rPr>
      </w:pPr>
      <w:r w:rsidRPr="00F154D5">
        <w:rPr>
          <w:lang w:val="es-CO"/>
        </w:rPr>
        <w:t>INDICACIÓN: Escriba un único párrafo de 4 a 5 líneas. Indique: (1) semestre y programa, (2) áreas técnicas en las que se ha formado, (3) herramientas que maneja y (4) áreas de interés para la práctica. Evite frases genéricas como «responsable, proactivo y con ganas de aprender» si no están respaldadas por hechos.</w:t>
      </w:r>
    </w:p>
    <w:p w14:paraId="64601A2C" w14:textId="77777777" w:rsidR="00F55AC3" w:rsidRPr="00F154D5" w:rsidRDefault="00000000" w:rsidP="00F154D5">
      <w:pPr>
        <w:jc w:val="both"/>
        <w:rPr>
          <w:lang w:val="es-CO"/>
        </w:rPr>
      </w:pPr>
      <w:r w:rsidRPr="00F154D5">
        <w:rPr>
          <w:i/>
          <w:color w:val="787878"/>
          <w:lang w:val="es-CO"/>
        </w:rPr>
        <w:t>[Escriba aquí su perfil profesional]</w:t>
      </w:r>
    </w:p>
    <w:p w14:paraId="55D8EC84" w14:textId="77777777" w:rsidR="00F55AC3" w:rsidRPr="00F154D5" w:rsidRDefault="00000000" w:rsidP="00F154D5">
      <w:pPr>
        <w:jc w:val="both"/>
        <w:rPr>
          <w:lang w:val="es-CO"/>
        </w:rPr>
      </w:pPr>
      <w:r w:rsidRPr="00F154D5">
        <w:rPr>
          <w:b/>
          <w:lang w:val="es-CO"/>
        </w:rPr>
        <w:t xml:space="preserve">Ejemplo: </w:t>
      </w:r>
      <w:r w:rsidRPr="00F154D5">
        <w:rPr>
          <w:lang w:val="es-CO"/>
        </w:rPr>
        <w:t xml:space="preserve">Estudiante de noveno semestre de Ingeniería Eléctrica de la Universidad de Pamplona, con formación en sistemas de potencia, análisis de redes eléctricas y simulación mediante MATLAB y </w:t>
      </w:r>
      <w:proofErr w:type="spellStart"/>
      <w:r w:rsidRPr="00F154D5">
        <w:rPr>
          <w:lang w:val="es-CO"/>
        </w:rPr>
        <w:t>DIgSILENT</w:t>
      </w:r>
      <w:proofErr w:type="spellEnd"/>
      <w:r w:rsidRPr="00F154D5">
        <w:rPr>
          <w:lang w:val="es-CO"/>
        </w:rPr>
        <w:t xml:space="preserve"> </w:t>
      </w:r>
      <w:proofErr w:type="spellStart"/>
      <w:r w:rsidRPr="00F154D5">
        <w:rPr>
          <w:lang w:val="es-CO"/>
        </w:rPr>
        <w:t>PowerFactory</w:t>
      </w:r>
      <w:proofErr w:type="spellEnd"/>
      <w:r w:rsidRPr="00F154D5">
        <w:rPr>
          <w:lang w:val="es-CO"/>
        </w:rPr>
        <w:t>. Interesado en planeación y operación de sistemas eléctricos, energías renovables y análisis de datos energéticos.</w:t>
      </w:r>
    </w:p>
    <w:p w14:paraId="7DF65852" w14:textId="77777777" w:rsidR="00F55AC3" w:rsidRPr="00F154D5" w:rsidRDefault="00000000" w:rsidP="00F154D5">
      <w:pPr>
        <w:pBdr>
          <w:bottom w:val="single" w:sz="6" w:space="1" w:color="A6A6A6"/>
        </w:pBdr>
        <w:spacing w:before="140" w:after="60"/>
        <w:jc w:val="both"/>
        <w:rPr>
          <w:lang w:val="es-CO"/>
        </w:rPr>
      </w:pPr>
      <w:r w:rsidRPr="00F154D5">
        <w:rPr>
          <w:b/>
          <w:color w:val="17365D"/>
          <w:sz w:val="22"/>
          <w:lang w:val="es-CO"/>
        </w:rPr>
        <w:t>2. HABILIDADES TÉCNICAS</w:t>
      </w:r>
    </w:p>
    <w:p w14:paraId="6EA72FDB" w14:textId="77777777" w:rsidR="00F55AC3" w:rsidRPr="00F154D5" w:rsidRDefault="00000000" w:rsidP="00F154D5">
      <w:pPr>
        <w:pStyle w:val="Indicacion"/>
        <w:jc w:val="both"/>
        <w:rPr>
          <w:lang w:val="es-CO"/>
        </w:rPr>
      </w:pPr>
      <w:r w:rsidRPr="00F154D5">
        <w:rPr>
          <w:lang w:val="es-CO"/>
        </w:rPr>
        <w:t>INDICACIÓN: Incluya únicamente herramientas y conocimientos que realmente pueda explicar o demostrar en una entrevista. Agrúpelos por categoría. Puede indicar nivel (básico, intermedio o avanzado) cuando sea útil.</w:t>
      </w:r>
    </w:p>
    <w:p w14:paraId="1EE3DE52" w14:textId="77777777" w:rsidR="00F55AC3" w:rsidRDefault="00000000" w:rsidP="00F154D5">
      <w:pPr>
        <w:pStyle w:val="Listaconvietas"/>
        <w:spacing w:after="20"/>
        <w:ind w:left="317" w:hanging="173"/>
        <w:jc w:val="both"/>
      </w:pPr>
      <w:r>
        <w:t xml:space="preserve">Software de </w:t>
      </w:r>
      <w:proofErr w:type="spellStart"/>
      <w:r>
        <w:t>ingeniería</w:t>
      </w:r>
      <w:proofErr w:type="spellEnd"/>
      <w:r>
        <w:t>: [MATLAB / Simulink] | [DIgSILENT PowerFactory] | [ETAP] | [PSCAD] | [AutoCAD / AutoCAD Electrical]</w:t>
      </w:r>
    </w:p>
    <w:p w14:paraId="26D4A9B6" w14:textId="77777777" w:rsidR="00F55AC3" w:rsidRPr="00F154D5" w:rsidRDefault="00000000" w:rsidP="00F154D5">
      <w:pPr>
        <w:pStyle w:val="Listaconvietas"/>
        <w:spacing w:after="20"/>
        <w:ind w:left="317" w:hanging="173"/>
        <w:jc w:val="both"/>
        <w:rPr>
          <w:lang w:val="es-CO"/>
        </w:rPr>
      </w:pPr>
      <w:r w:rsidRPr="00F154D5">
        <w:rPr>
          <w:lang w:val="es-CO"/>
        </w:rPr>
        <w:t>Programación y análisis: [Python] | [MATLAB] | [otro]</w:t>
      </w:r>
    </w:p>
    <w:p w14:paraId="477F6E41" w14:textId="77777777" w:rsidR="00F55AC3" w:rsidRPr="00F154D5" w:rsidRDefault="00000000" w:rsidP="00F154D5">
      <w:pPr>
        <w:pStyle w:val="Listaconvietas"/>
        <w:spacing w:after="20"/>
        <w:ind w:left="317" w:hanging="173"/>
        <w:jc w:val="both"/>
        <w:rPr>
          <w:lang w:val="es-CO"/>
        </w:rPr>
      </w:pPr>
      <w:r w:rsidRPr="00F154D5">
        <w:rPr>
          <w:lang w:val="es-CO"/>
        </w:rPr>
        <w:t>Herramientas: [Excel] | [Power BI] | [LaTeX] | [otra]</w:t>
      </w:r>
    </w:p>
    <w:p w14:paraId="7EB583DC" w14:textId="77777777" w:rsidR="00F55AC3" w:rsidRPr="00F154D5" w:rsidRDefault="00000000" w:rsidP="00F154D5">
      <w:pPr>
        <w:pStyle w:val="Listaconvietas"/>
        <w:spacing w:after="20"/>
        <w:ind w:left="317" w:hanging="173"/>
        <w:jc w:val="both"/>
        <w:rPr>
          <w:lang w:val="es-CO"/>
        </w:rPr>
      </w:pPr>
      <w:r w:rsidRPr="00F154D5">
        <w:rPr>
          <w:lang w:val="es-CO"/>
        </w:rPr>
        <w:t>Conocimientos técnicos relevantes: [sistemas de potencia] | [protecciones] | [máquinas eléctricas] | [energías renovables] | [otro]</w:t>
      </w:r>
    </w:p>
    <w:p w14:paraId="14907D5F" w14:textId="77777777" w:rsidR="00F55AC3" w:rsidRPr="00F154D5" w:rsidRDefault="00000000" w:rsidP="00F154D5">
      <w:pPr>
        <w:pBdr>
          <w:bottom w:val="single" w:sz="6" w:space="1" w:color="A6A6A6"/>
        </w:pBdr>
        <w:spacing w:before="140" w:after="60"/>
        <w:jc w:val="both"/>
        <w:rPr>
          <w:lang w:val="es-CO"/>
        </w:rPr>
      </w:pPr>
      <w:r w:rsidRPr="00F154D5">
        <w:rPr>
          <w:b/>
          <w:color w:val="17365D"/>
          <w:sz w:val="22"/>
          <w:lang w:val="es-CO"/>
        </w:rPr>
        <w:t>3. FORMACIÓN ACADÉMICA</w:t>
      </w:r>
    </w:p>
    <w:p w14:paraId="06264F1A" w14:textId="77777777" w:rsidR="00F55AC3" w:rsidRPr="00F154D5" w:rsidRDefault="00000000" w:rsidP="00F154D5">
      <w:pPr>
        <w:pStyle w:val="Indicacion"/>
        <w:jc w:val="both"/>
        <w:rPr>
          <w:lang w:val="es-CO"/>
        </w:rPr>
      </w:pPr>
      <w:r w:rsidRPr="00F154D5">
        <w:rPr>
          <w:lang w:val="es-CO"/>
        </w:rPr>
        <w:t>INDICACIÓN: Registre primero la formación universitaria. Incluya año de inicio, semestre actual y promedio acumulado si es favorable o si la empresa lo solicita. No es necesario incluir educación primaria. El bachillerato puede omitirse cuando no aporta información relevante.</w:t>
      </w:r>
    </w:p>
    <w:p w14:paraId="06B544A8" w14:textId="77777777" w:rsidR="00F55AC3" w:rsidRPr="00F154D5" w:rsidRDefault="00000000" w:rsidP="00F154D5">
      <w:pPr>
        <w:jc w:val="both"/>
        <w:rPr>
          <w:lang w:val="es-CO"/>
        </w:rPr>
      </w:pPr>
      <w:r w:rsidRPr="00F154D5">
        <w:rPr>
          <w:b/>
          <w:lang w:val="es-CO"/>
        </w:rPr>
        <w:t>Ingeniería Eléctrica</w:t>
      </w:r>
      <w:r w:rsidRPr="00F154D5">
        <w:rPr>
          <w:lang w:val="es-CO"/>
        </w:rPr>
        <w:t xml:space="preserve"> | Universidad de Pamplona</w:t>
      </w:r>
    </w:p>
    <w:p w14:paraId="73179AF3" w14:textId="77777777" w:rsidR="00F55AC3" w:rsidRPr="00F154D5" w:rsidRDefault="00000000" w:rsidP="00F154D5">
      <w:pPr>
        <w:spacing w:after="40"/>
        <w:jc w:val="both"/>
        <w:rPr>
          <w:lang w:val="es-CO"/>
        </w:rPr>
      </w:pPr>
      <w:r w:rsidRPr="00F154D5">
        <w:rPr>
          <w:lang w:val="es-CO"/>
        </w:rPr>
        <w:t>[Año de inicio] - Actual | IX semestre | Promedio acumulado: [X.XX/5.0]</w:t>
      </w:r>
    </w:p>
    <w:p w14:paraId="6BA045C6" w14:textId="77777777" w:rsidR="00F55AC3" w:rsidRPr="00F154D5" w:rsidRDefault="00000000" w:rsidP="00F154D5">
      <w:pPr>
        <w:spacing w:after="0"/>
        <w:jc w:val="both"/>
        <w:rPr>
          <w:lang w:val="es-CO"/>
        </w:rPr>
      </w:pPr>
      <w:r w:rsidRPr="00F154D5">
        <w:rPr>
          <w:lang w:val="es-CO"/>
        </w:rPr>
        <w:t>Cursos o áreas relevantes: [Sistemas de Potencia], [Máquinas Eléctricas], [Electrónica de Potencia], [Control], [Energías Renovables].</w:t>
      </w:r>
    </w:p>
    <w:p w14:paraId="7EA1B38A" w14:textId="77777777" w:rsidR="00F55AC3" w:rsidRPr="00F154D5" w:rsidRDefault="00000000" w:rsidP="00F154D5">
      <w:pPr>
        <w:pBdr>
          <w:bottom w:val="single" w:sz="6" w:space="1" w:color="A6A6A6"/>
        </w:pBdr>
        <w:spacing w:before="140" w:after="60"/>
        <w:jc w:val="both"/>
        <w:rPr>
          <w:lang w:val="es-CO"/>
        </w:rPr>
      </w:pPr>
      <w:r w:rsidRPr="00F154D5">
        <w:rPr>
          <w:b/>
          <w:color w:val="17365D"/>
          <w:sz w:val="22"/>
          <w:lang w:val="es-CO"/>
        </w:rPr>
        <w:t>4. PROYECTOS ACADÉMICOS DESTACADOS</w:t>
      </w:r>
    </w:p>
    <w:p w14:paraId="1C71A3A8" w14:textId="77777777" w:rsidR="00F55AC3" w:rsidRPr="00F154D5" w:rsidRDefault="00000000" w:rsidP="00F154D5">
      <w:pPr>
        <w:pStyle w:val="Indicacion"/>
        <w:jc w:val="both"/>
        <w:rPr>
          <w:lang w:val="es-CO"/>
        </w:rPr>
      </w:pPr>
      <w:r w:rsidRPr="00F154D5">
        <w:rPr>
          <w:lang w:val="es-CO"/>
        </w:rPr>
        <w:t>INDICACIÓN: Esta sección es especialmente importante si aún no tiene experiencia laboral. Seleccione 2 o 3 proyectos relacionados con el tipo de práctica que busca. Describa qué hizo, qué herramienta utilizó y qué resultado obtuvo. Priorice proyectos donde usted haya tenido una participación técnica clara.</w:t>
      </w:r>
    </w:p>
    <w:p w14:paraId="4EA01482" w14:textId="77777777" w:rsidR="00F55AC3" w:rsidRPr="00F154D5" w:rsidRDefault="00000000" w:rsidP="00F154D5">
      <w:pPr>
        <w:jc w:val="both"/>
        <w:rPr>
          <w:lang w:val="es-CO"/>
        </w:rPr>
      </w:pPr>
      <w:r w:rsidRPr="00F154D5">
        <w:rPr>
          <w:b/>
          <w:lang w:val="es-CO"/>
        </w:rPr>
        <w:t>[Nombre del proyecto]</w:t>
      </w:r>
      <w:r w:rsidRPr="00F154D5">
        <w:rPr>
          <w:lang w:val="es-CO"/>
        </w:rPr>
        <w:t xml:space="preserve"> | Universidad de Pamplona | [Año]</w:t>
      </w:r>
    </w:p>
    <w:p w14:paraId="6E3FAD12" w14:textId="77777777" w:rsidR="00F55AC3" w:rsidRPr="00F154D5" w:rsidRDefault="00000000" w:rsidP="00F154D5">
      <w:pPr>
        <w:pStyle w:val="Listaconvietas"/>
        <w:spacing w:after="20"/>
        <w:ind w:left="317" w:hanging="173"/>
        <w:jc w:val="both"/>
        <w:rPr>
          <w:lang w:val="es-CO"/>
        </w:rPr>
      </w:pPr>
      <w:r w:rsidRPr="00F154D5">
        <w:rPr>
          <w:lang w:val="es-CO"/>
        </w:rPr>
        <w:lastRenderedPageBreak/>
        <w:t>[Acción realizada: modeló, diseñó, simuló, programó, analizó, implementó, etc.]</w:t>
      </w:r>
    </w:p>
    <w:p w14:paraId="1BDF7052" w14:textId="77777777" w:rsidR="00F55AC3" w:rsidRDefault="00000000" w:rsidP="00F154D5">
      <w:pPr>
        <w:pStyle w:val="Listaconvietas"/>
        <w:spacing w:after="20"/>
        <w:ind w:left="317" w:hanging="173"/>
        <w:jc w:val="both"/>
      </w:pPr>
      <w:r>
        <w:t>[</w:t>
      </w:r>
      <w:proofErr w:type="spellStart"/>
      <w:r>
        <w:t>Herramientas</w:t>
      </w:r>
      <w:proofErr w:type="spellEnd"/>
      <w:r>
        <w:t xml:space="preserve"> o software </w:t>
      </w:r>
      <w:proofErr w:type="spellStart"/>
      <w:r>
        <w:t>utilizados</w:t>
      </w:r>
      <w:proofErr w:type="spellEnd"/>
      <w:r>
        <w:t>]</w:t>
      </w:r>
    </w:p>
    <w:p w14:paraId="65E4B91A" w14:textId="77777777" w:rsidR="00F55AC3" w:rsidRDefault="00000000" w:rsidP="00F154D5">
      <w:pPr>
        <w:pStyle w:val="Listaconvietas"/>
        <w:spacing w:after="20"/>
        <w:ind w:left="317" w:hanging="173"/>
        <w:jc w:val="both"/>
        <w:rPr>
          <w:lang w:val="es-CO"/>
        </w:rPr>
      </w:pPr>
      <w:r w:rsidRPr="00F154D5">
        <w:rPr>
          <w:lang w:val="es-CO"/>
        </w:rPr>
        <w:t>[Resultado, mejora, conclusión o producto obtenido; cuantifique cuando sea posible]</w:t>
      </w:r>
    </w:p>
    <w:p w14:paraId="537D25FD" w14:textId="77777777" w:rsidR="00F55AC3" w:rsidRPr="00F154D5" w:rsidRDefault="00000000" w:rsidP="00F154D5">
      <w:pPr>
        <w:pBdr>
          <w:bottom w:val="single" w:sz="6" w:space="1" w:color="A6A6A6"/>
        </w:pBdr>
        <w:spacing w:before="140" w:after="60"/>
        <w:jc w:val="both"/>
        <w:rPr>
          <w:lang w:val="es-CO"/>
        </w:rPr>
      </w:pPr>
      <w:r w:rsidRPr="00F154D5">
        <w:rPr>
          <w:b/>
          <w:color w:val="17365D"/>
          <w:sz w:val="22"/>
          <w:lang w:val="es-CO"/>
        </w:rPr>
        <w:t>5. EXPERIENCIA PROFESIONAL O TÉCNICA (SI APLICA)</w:t>
      </w:r>
    </w:p>
    <w:p w14:paraId="03273DF8" w14:textId="77777777" w:rsidR="00F55AC3" w:rsidRPr="00F154D5" w:rsidRDefault="00000000" w:rsidP="00F154D5">
      <w:pPr>
        <w:pStyle w:val="Indicacion"/>
        <w:jc w:val="both"/>
        <w:rPr>
          <w:lang w:val="es-CO"/>
        </w:rPr>
      </w:pPr>
      <w:r w:rsidRPr="00F154D5">
        <w:rPr>
          <w:lang w:val="es-CO"/>
        </w:rPr>
        <w:t xml:space="preserve">INDICACIÓN: Puede incluir empleo, </w:t>
      </w:r>
      <w:proofErr w:type="spellStart"/>
      <w:r w:rsidRPr="00F154D5">
        <w:rPr>
          <w:lang w:val="es-CO"/>
        </w:rPr>
        <w:t>monitorías</w:t>
      </w:r>
      <w:proofErr w:type="spellEnd"/>
      <w:r w:rsidRPr="00F154D5">
        <w:rPr>
          <w:lang w:val="es-CO"/>
        </w:rPr>
        <w:t>, apoyo en laboratorios, proyectos con empresas, actividades técnicas o experiencia relacionada. Describa responsabilidades mediante verbos de acción y, cuando sea posible, destaque resultados. Si no tiene experiencia, no invente información: fortalezca la sección de proyectos académicos.</w:t>
      </w:r>
    </w:p>
    <w:p w14:paraId="13810B85" w14:textId="77777777" w:rsidR="00F55AC3" w:rsidRPr="00F154D5" w:rsidRDefault="00000000" w:rsidP="00F154D5">
      <w:pPr>
        <w:jc w:val="both"/>
        <w:rPr>
          <w:lang w:val="es-CO"/>
        </w:rPr>
      </w:pPr>
      <w:r w:rsidRPr="00F154D5">
        <w:rPr>
          <w:b/>
          <w:lang w:val="es-CO"/>
        </w:rPr>
        <w:t>[Cargo o rol]</w:t>
      </w:r>
      <w:r w:rsidRPr="00F154D5">
        <w:rPr>
          <w:lang w:val="es-CO"/>
        </w:rPr>
        <w:t xml:space="preserve"> | [Empresa / Institución] | [Ciudad] | [Mes/Año - Mes/Año]</w:t>
      </w:r>
    </w:p>
    <w:p w14:paraId="58A3982D" w14:textId="77777777" w:rsidR="00F55AC3" w:rsidRDefault="00000000" w:rsidP="00F154D5">
      <w:pPr>
        <w:pStyle w:val="Listaconvietas"/>
        <w:spacing w:after="20"/>
        <w:ind w:left="317" w:hanging="173"/>
        <w:jc w:val="both"/>
      </w:pPr>
      <w:r>
        <w:t>[</w:t>
      </w:r>
      <w:proofErr w:type="spellStart"/>
      <w:r>
        <w:t>Responsabilidad</w:t>
      </w:r>
      <w:proofErr w:type="spellEnd"/>
      <w:r>
        <w:t xml:space="preserve"> o </w:t>
      </w:r>
      <w:proofErr w:type="spellStart"/>
      <w:r>
        <w:t>actividad</w:t>
      </w:r>
      <w:proofErr w:type="spellEnd"/>
      <w:r>
        <w:t xml:space="preserve"> </w:t>
      </w:r>
      <w:proofErr w:type="spellStart"/>
      <w:r>
        <w:t>técnica</w:t>
      </w:r>
      <w:proofErr w:type="spellEnd"/>
      <w:r>
        <w:t xml:space="preserve"> relevante]</w:t>
      </w:r>
    </w:p>
    <w:p w14:paraId="1711E34C" w14:textId="77777777" w:rsidR="00F55AC3" w:rsidRPr="00F154D5" w:rsidRDefault="00000000" w:rsidP="00F154D5">
      <w:pPr>
        <w:pStyle w:val="Listaconvietas"/>
        <w:spacing w:after="20"/>
        <w:ind w:left="317" w:hanging="173"/>
        <w:jc w:val="both"/>
        <w:rPr>
          <w:lang w:val="es-CO"/>
        </w:rPr>
      </w:pPr>
      <w:r w:rsidRPr="00F154D5">
        <w:rPr>
          <w:lang w:val="es-CO"/>
        </w:rPr>
        <w:t>[Herramienta, proceso o tecnología utilizada]</w:t>
      </w:r>
    </w:p>
    <w:p w14:paraId="24499222" w14:textId="77777777" w:rsidR="00F55AC3" w:rsidRDefault="00000000" w:rsidP="00F154D5">
      <w:pPr>
        <w:pStyle w:val="Listaconvietas"/>
        <w:spacing w:after="20"/>
        <w:ind w:left="317" w:hanging="173"/>
        <w:jc w:val="both"/>
      </w:pPr>
      <w:r>
        <w:t>[</w:t>
      </w:r>
      <w:proofErr w:type="spellStart"/>
      <w:r>
        <w:t>Logro</w:t>
      </w:r>
      <w:proofErr w:type="spellEnd"/>
      <w:r>
        <w:t xml:space="preserve"> o </w:t>
      </w:r>
      <w:proofErr w:type="spellStart"/>
      <w:r>
        <w:t>resultado</w:t>
      </w:r>
      <w:proofErr w:type="spellEnd"/>
      <w:r>
        <w:t xml:space="preserve"> </w:t>
      </w:r>
      <w:proofErr w:type="spellStart"/>
      <w:r>
        <w:t>verificable</w:t>
      </w:r>
      <w:proofErr w:type="spellEnd"/>
      <w:r>
        <w:t>]</w:t>
      </w:r>
    </w:p>
    <w:p w14:paraId="3577ECAE" w14:textId="77777777" w:rsidR="00F55AC3" w:rsidRDefault="00000000" w:rsidP="00F154D5">
      <w:pPr>
        <w:pBdr>
          <w:bottom w:val="single" w:sz="6" w:space="1" w:color="A6A6A6"/>
        </w:pBdr>
        <w:spacing w:before="140" w:after="60"/>
        <w:jc w:val="both"/>
      </w:pPr>
      <w:r>
        <w:rPr>
          <w:b/>
          <w:color w:val="17365D"/>
          <w:sz w:val="22"/>
        </w:rPr>
        <w:t>6. ACTIVIDADES ACADÉMICAS, LIDERAZGO Y RECONOCIMIENTOS</w:t>
      </w:r>
    </w:p>
    <w:p w14:paraId="54BFB03E" w14:textId="77777777" w:rsidR="00F55AC3" w:rsidRPr="00F154D5" w:rsidRDefault="00000000" w:rsidP="00F154D5">
      <w:pPr>
        <w:pStyle w:val="Indicacion"/>
        <w:jc w:val="both"/>
        <w:rPr>
          <w:lang w:val="es-CO"/>
        </w:rPr>
      </w:pPr>
      <w:r w:rsidRPr="00F154D5">
        <w:rPr>
          <w:lang w:val="es-CO"/>
        </w:rPr>
        <w:t xml:space="preserve">INDICACIÓN: Incluya actividades que aporten valor profesional: IEEE, semilleros de investigación, </w:t>
      </w:r>
      <w:proofErr w:type="spellStart"/>
      <w:r w:rsidRPr="00F154D5">
        <w:rPr>
          <w:lang w:val="es-CO"/>
        </w:rPr>
        <w:t>monitorías</w:t>
      </w:r>
      <w:proofErr w:type="spellEnd"/>
      <w:r w:rsidRPr="00F154D5">
        <w:rPr>
          <w:lang w:val="es-CO"/>
        </w:rPr>
        <w:t>, concursos, congresos, voluntariado técnico, representación estudiantil, organización de eventos o reconocimientos. No llene esta sección con actividades que no aporten al perfil.</w:t>
      </w:r>
    </w:p>
    <w:p w14:paraId="58D91CFA" w14:textId="77777777" w:rsidR="00F55AC3" w:rsidRDefault="00000000" w:rsidP="00F154D5">
      <w:pPr>
        <w:pStyle w:val="Listaconvietas"/>
        <w:spacing w:after="20"/>
        <w:ind w:left="317" w:hanging="173"/>
        <w:jc w:val="both"/>
      </w:pPr>
      <w:r>
        <w:t>[</w:t>
      </w:r>
      <w:proofErr w:type="spellStart"/>
      <w:r>
        <w:t>Actividad</w:t>
      </w:r>
      <w:proofErr w:type="spellEnd"/>
      <w:r>
        <w:t xml:space="preserve"> / </w:t>
      </w:r>
      <w:proofErr w:type="spellStart"/>
      <w:r>
        <w:t>reconocimiento</w:t>
      </w:r>
      <w:proofErr w:type="spellEnd"/>
      <w:r>
        <w:t>] - [Institución] - [Año]</w:t>
      </w:r>
    </w:p>
    <w:p w14:paraId="1C399696" w14:textId="77777777" w:rsidR="00F55AC3" w:rsidRPr="00F154D5" w:rsidRDefault="00000000" w:rsidP="00F154D5">
      <w:pPr>
        <w:pStyle w:val="Listaconvietas"/>
        <w:spacing w:after="20"/>
        <w:ind w:left="317" w:hanging="173"/>
        <w:jc w:val="both"/>
        <w:rPr>
          <w:lang w:val="es-CO"/>
        </w:rPr>
      </w:pPr>
      <w:r w:rsidRPr="00F154D5">
        <w:rPr>
          <w:lang w:val="es-CO"/>
        </w:rPr>
        <w:t>[Rol o aporte realizado, si requiere explicación]</w:t>
      </w:r>
    </w:p>
    <w:p w14:paraId="6852C451" w14:textId="77777777" w:rsidR="00F55AC3" w:rsidRPr="00F154D5" w:rsidRDefault="00000000" w:rsidP="00F154D5">
      <w:pPr>
        <w:pBdr>
          <w:bottom w:val="single" w:sz="6" w:space="1" w:color="A6A6A6"/>
        </w:pBdr>
        <w:spacing w:before="140" w:after="60"/>
        <w:jc w:val="both"/>
        <w:rPr>
          <w:lang w:val="es-CO"/>
        </w:rPr>
      </w:pPr>
      <w:r w:rsidRPr="00F154D5">
        <w:rPr>
          <w:b/>
          <w:color w:val="17365D"/>
          <w:sz w:val="22"/>
          <w:lang w:val="es-CO"/>
        </w:rPr>
        <w:t>7. IDIOMAS</w:t>
      </w:r>
    </w:p>
    <w:p w14:paraId="4A4250BC" w14:textId="77777777" w:rsidR="00F55AC3" w:rsidRPr="00F154D5" w:rsidRDefault="00000000" w:rsidP="00F154D5">
      <w:pPr>
        <w:pStyle w:val="Indicacion"/>
        <w:jc w:val="both"/>
        <w:rPr>
          <w:lang w:val="es-CO"/>
        </w:rPr>
      </w:pPr>
      <w:r w:rsidRPr="00F154D5">
        <w:rPr>
          <w:lang w:val="es-CO"/>
        </w:rPr>
        <w:t>INDICACIÓN: Indique el nivel real. Preferiblemente utilice el Marco Común Europeo (A1-C2). Si cuenta con certificación, incluya examen, nivel/puntaje y año. No declare un nivel que no pueda sostener en entrevista.</w:t>
      </w:r>
    </w:p>
    <w:p w14:paraId="6D20190E" w14:textId="77777777" w:rsidR="00F55AC3" w:rsidRDefault="00000000" w:rsidP="00F154D5">
      <w:pPr>
        <w:pStyle w:val="Listaconvietas"/>
        <w:spacing w:after="20"/>
        <w:ind w:left="317" w:hanging="173"/>
        <w:jc w:val="both"/>
      </w:pPr>
      <w:r>
        <w:t>Español: Nativo</w:t>
      </w:r>
    </w:p>
    <w:p w14:paraId="036E2959" w14:textId="77777777" w:rsidR="00F55AC3" w:rsidRPr="00F154D5" w:rsidRDefault="00000000" w:rsidP="00F154D5">
      <w:pPr>
        <w:pStyle w:val="Listaconvietas"/>
        <w:spacing w:after="20"/>
        <w:ind w:left="317" w:hanging="173"/>
        <w:jc w:val="both"/>
        <w:rPr>
          <w:lang w:val="es-CO"/>
        </w:rPr>
      </w:pPr>
      <w:r w:rsidRPr="00F154D5">
        <w:rPr>
          <w:lang w:val="es-CO"/>
        </w:rPr>
        <w:t>Inglés: [B1/B2/etc.] | Certificación: [si aplica] | [Año]</w:t>
      </w:r>
    </w:p>
    <w:p w14:paraId="3434E72B" w14:textId="77777777" w:rsidR="00F55AC3" w:rsidRDefault="00000000" w:rsidP="00F154D5">
      <w:pPr>
        <w:pStyle w:val="Listaconvietas"/>
        <w:spacing w:after="20"/>
        <w:ind w:left="317" w:hanging="173"/>
        <w:jc w:val="both"/>
      </w:pPr>
      <w:r>
        <w:t>[</w:t>
      </w:r>
      <w:proofErr w:type="spellStart"/>
      <w:r>
        <w:t>Otro</w:t>
      </w:r>
      <w:proofErr w:type="spellEnd"/>
      <w:r>
        <w:t xml:space="preserve"> </w:t>
      </w:r>
      <w:proofErr w:type="spellStart"/>
      <w:r>
        <w:t>idioma</w:t>
      </w:r>
      <w:proofErr w:type="spellEnd"/>
      <w:r>
        <w:t>]: [</w:t>
      </w:r>
      <w:proofErr w:type="spellStart"/>
      <w:r>
        <w:t>nivel</w:t>
      </w:r>
      <w:proofErr w:type="spellEnd"/>
      <w:r>
        <w:t>]</w:t>
      </w:r>
    </w:p>
    <w:p w14:paraId="6C951A0F" w14:textId="77777777" w:rsidR="00F55AC3" w:rsidRDefault="00000000" w:rsidP="00F154D5">
      <w:pPr>
        <w:pBdr>
          <w:bottom w:val="single" w:sz="6" w:space="1" w:color="A6A6A6"/>
        </w:pBdr>
        <w:spacing w:before="140" w:after="60"/>
        <w:jc w:val="both"/>
      </w:pPr>
      <w:r>
        <w:rPr>
          <w:b/>
          <w:color w:val="17365D"/>
          <w:sz w:val="22"/>
        </w:rPr>
        <w:t>8. INFORMACIÓN ADICIONAL (OPCIONAL)</w:t>
      </w:r>
    </w:p>
    <w:p w14:paraId="2F15AF8E" w14:textId="77777777" w:rsidR="00F55AC3" w:rsidRDefault="00000000" w:rsidP="00F154D5">
      <w:pPr>
        <w:pStyle w:val="Indicacion"/>
        <w:jc w:val="both"/>
      </w:pPr>
      <w:r w:rsidRPr="00F154D5">
        <w:rPr>
          <w:lang w:val="es-CO"/>
        </w:rPr>
        <w:t xml:space="preserve">INDICACIÓN: Use esta sección solo si aporta a la vacante: disponibilidad para viajar o cambiar de ciudad, licencia de conducción, certificaciones técnicas vigentes u otra información relevante. </w:t>
      </w:r>
      <w:r>
        <w:t xml:space="preserve">No </w:t>
      </w:r>
      <w:proofErr w:type="spellStart"/>
      <w:r>
        <w:t>incluya</w:t>
      </w:r>
      <w:proofErr w:type="spellEnd"/>
      <w:r>
        <w:t xml:space="preserve"> </w:t>
      </w:r>
      <w:proofErr w:type="spellStart"/>
      <w:r>
        <w:t>datos</w:t>
      </w:r>
      <w:proofErr w:type="spellEnd"/>
      <w:r>
        <w:t xml:space="preserve"> </w:t>
      </w:r>
      <w:proofErr w:type="spellStart"/>
      <w:r>
        <w:t>sensibles</w:t>
      </w:r>
      <w:proofErr w:type="spellEnd"/>
      <w:r>
        <w:t xml:space="preserve"> o personales innecesarios.</w:t>
      </w:r>
    </w:p>
    <w:p w14:paraId="6DFCA909" w14:textId="77777777" w:rsidR="00F55AC3" w:rsidRDefault="00000000" w:rsidP="00F154D5">
      <w:pPr>
        <w:pStyle w:val="Listaconvietas"/>
        <w:spacing w:after="20"/>
        <w:ind w:left="317" w:hanging="173"/>
        <w:jc w:val="both"/>
      </w:pPr>
      <w:r>
        <w:t>[Información relevante, si aplica]</w:t>
      </w:r>
    </w:p>
    <w:p w14:paraId="3AD9D31B" w14:textId="77777777" w:rsidR="00F154D5" w:rsidRDefault="00F154D5" w:rsidP="00F154D5">
      <w:pPr>
        <w:jc w:val="both"/>
        <w:rPr>
          <w:b/>
          <w:color w:val="17365D"/>
          <w:sz w:val="22"/>
        </w:rPr>
      </w:pPr>
      <w:r>
        <w:rPr>
          <w:b/>
          <w:color w:val="17365D"/>
          <w:sz w:val="22"/>
        </w:rPr>
        <w:br w:type="page"/>
      </w:r>
    </w:p>
    <w:p w14:paraId="64DDF06F" w14:textId="77777777" w:rsidR="00F154D5" w:rsidRDefault="00F154D5" w:rsidP="00F154D5">
      <w:pPr>
        <w:pBdr>
          <w:bottom w:val="single" w:sz="6" w:space="1" w:color="A6A6A6"/>
        </w:pBdr>
        <w:spacing w:before="140" w:after="60"/>
        <w:jc w:val="both"/>
        <w:rPr>
          <w:b/>
          <w:color w:val="17365D"/>
          <w:sz w:val="22"/>
        </w:rPr>
      </w:pPr>
    </w:p>
    <w:p w14:paraId="10ED9EEE" w14:textId="0DBFA312" w:rsidR="00F55AC3" w:rsidRPr="00F154D5" w:rsidRDefault="00000000" w:rsidP="00F154D5">
      <w:pPr>
        <w:pBdr>
          <w:bottom w:val="single" w:sz="6" w:space="1" w:color="A6A6A6"/>
        </w:pBdr>
        <w:spacing w:before="140" w:after="60"/>
        <w:jc w:val="both"/>
        <w:rPr>
          <w:lang w:val="es-CO"/>
        </w:rPr>
      </w:pPr>
      <w:r w:rsidRPr="00F154D5">
        <w:rPr>
          <w:b/>
          <w:color w:val="17365D"/>
          <w:sz w:val="22"/>
          <w:lang w:val="es-CO"/>
        </w:rPr>
        <w:t>RECOMENDACIONES ANTES DE ENVIAR</w:t>
      </w:r>
      <w:r w:rsidR="00F154D5" w:rsidRPr="00F154D5">
        <w:rPr>
          <w:b/>
          <w:color w:val="17365D"/>
          <w:sz w:val="22"/>
          <w:lang w:val="es-CO"/>
        </w:rPr>
        <w:t xml:space="preserve"> (</w:t>
      </w:r>
      <w:r w:rsidR="00F154D5" w:rsidRPr="001462F8">
        <w:rPr>
          <w:b/>
          <w:color w:val="17365D"/>
          <w:sz w:val="22"/>
          <w:highlight w:val="yellow"/>
          <w:lang w:val="es-CO"/>
        </w:rPr>
        <w:t>Eliminar esto de la versión final de su hoja de vida</w:t>
      </w:r>
      <w:r w:rsidR="00F154D5">
        <w:rPr>
          <w:b/>
          <w:color w:val="17365D"/>
          <w:sz w:val="22"/>
          <w:lang w:val="es-CO"/>
        </w:rPr>
        <w:t>)</w:t>
      </w:r>
    </w:p>
    <w:p w14:paraId="06F6D03B" w14:textId="77777777" w:rsidR="00F55AC3" w:rsidRPr="00F154D5" w:rsidRDefault="00000000" w:rsidP="00F154D5">
      <w:pPr>
        <w:pStyle w:val="Listaconvietas"/>
        <w:spacing w:after="20"/>
        <w:ind w:left="317" w:hanging="173"/>
        <w:jc w:val="both"/>
        <w:rPr>
          <w:lang w:val="es-CO"/>
        </w:rPr>
      </w:pPr>
      <w:r w:rsidRPr="00F154D5">
        <w:rPr>
          <w:lang w:val="es-CO"/>
        </w:rPr>
        <w:t>Mantenga la hoja de vida final en máximo 2 páginas.</w:t>
      </w:r>
    </w:p>
    <w:p w14:paraId="459F0AA6" w14:textId="77777777" w:rsidR="00F55AC3" w:rsidRPr="00F154D5" w:rsidRDefault="00000000" w:rsidP="00F154D5">
      <w:pPr>
        <w:pStyle w:val="Listaconvietas"/>
        <w:spacing w:after="20"/>
        <w:ind w:left="317" w:hanging="173"/>
        <w:jc w:val="both"/>
        <w:rPr>
          <w:lang w:val="es-CO"/>
        </w:rPr>
      </w:pPr>
      <w:r w:rsidRPr="00F154D5">
        <w:rPr>
          <w:lang w:val="es-CO"/>
        </w:rPr>
        <w:t>Adapte el perfil, las habilidades y los proyectos a cada convocatoria; no envíe exactamente el mismo CV a todas las empresas.</w:t>
      </w:r>
    </w:p>
    <w:p w14:paraId="01686A62" w14:textId="77777777" w:rsidR="00F55AC3" w:rsidRPr="00F154D5" w:rsidRDefault="00000000" w:rsidP="00F154D5">
      <w:pPr>
        <w:pStyle w:val="Listaconvietas"/>
        <w:spacing w:after="20"/>
        <w:ind w:left="317" w:hanging="173"/>
        <w:jc w:val="both"/>
        <w:rPr>
          <w:lang w:val="es-CO"/>
        </w:rPr>
      </w:pPr>
      <w:r w:rsidRPr="00F154D5">
        <w:rPr>
          <w:lang w:val="es-CO"/>
        </w:rPr>
        <w:t>Use verbos de acción y resultados concretos. Ejemplos: diseñó, simuló, modeló, analizó, implementó, optimizó, coordinó.</w:t>
      </w:r>
    </w:p>
    <w:p w14:paraId="1DC5F08B" w14:textId="77777777" w:rsidR="00F55AC3" w:rsidRPr="00F154D5" w:rsidRDefault="00000000" w:rsidP="00F154D5">
      <w:pPr>
        <w:pStyle w:val="Listaconvietas"/>
        <w:spacing w:after="20"/>
        <w:ind w:left="317" w:hanging="173"/>
        <w:jc w:val="both"/>
        <w:rPr>
          <w:lang w:val="es-CO"/>
        </w:rPr>
      </w:pPr>
      <w:r w:rsidRPr="00F154D5">
        <w:rPr>
          <w:lang w:val="es-CO"/>
        </w:rPr>
        <w:t>No incluya una herramienta solo porque la utilizó una vez. Debe poder explicar cómo la usó.</w:t>
      </w:r>
    </w:p>
    <w:p w14:paraId="4DA9CE27" w14:textId="77777777" w:rsidR="00F55AC3" w:rsidRPr="00F154D5" w:rsidRDefault="00000000" w:rsidP="00F154D5">
      <w:pPr>
        <w:pStyle w:val="Listaconvietas"/>
        <w:spacing w:after="20"/>
        <w:ind w:left="317" w:hanging="173"/>
        <w:jc w:val="both"/>
        <w:rPr>
          <w:lang w:val="es-CO"/>
        </w:rPr>
      </w:pPr>
      <w:r w:rsidRPr="00F154D5">
        <w:rPr>
          <w:lang w:val="es-CO"/>
        </w:rPr>
        <w:t>Revise ortografía, consistencia de fechas, teléfonos, correo y enlace de LinkedIn.</w:t>
      </w:r>
    </w:p>
    <w:p w14:paraId="0656825B" w14:textId="21F9FDA2" w:rsidR="00F55AC3" w:rsidRPr="00F154D5" w:rsidRDefault="00000000" w:rsidP="00F154D5">
      <w:pPr>
        <w:pStyle w:val="Listaconvietas"/>
        <w:spacing w:after="20"/>
        <w:ind w:left="317" w:hanging="173"/>
        <w:jc w:val="both"/>
        <w:rPr>
          <w:lang w:val="es-CO"/>
        </w:rPr>
      </w:pPr>
      <w:r w:rsidRPr="00F154D5">
        <w:rPr>
          <w:lang w:val="es-CO"/>
        </w:rPr>
        <w:t xml:space="preserve">Guarde la versión final en PDF con un nombre </w:t>
      </w:r>
      <w:proofErr w:type="spellStart"/>
      <w:proofErr w:type="gramStart"/>
      <w:r w:rsidRPr="00F154D5">
        <w:rPr>
          <w:lang w:val="es-CO"/>
        </w:rPr>
        <w:t>profesional,</w:t>
      </w:r>
      <w:r w:rsidR="00130346">
        <w:rPr>
          <w:lang w:val="es-CO"/>
        </w:rPr>
        <w:t>así</w:t>
      </w:r>
      <w:proofErr w:type="spellEnd"/>
      <w:proofErr w:type="gramEnd"/>
      <w:r w:rsidRPr="00F154D5">
        <w:rPr>
          <w:lang w:val="es-CO"/>
        </w:rPr>
        <w:t xml:space="preserve">: </w:t>
      </w:r>
      <w:r w:rsidRPr="00130346">
        <w:rPr>
          <w:highlight w:val="yellow"/>
          <w:lang w:val="es-CO"/>
        </w:rPr>
        <w:t>Nombre_Apellido_CV_Ingenieria_Electrica.pdf</w:t>
      </w:r>
      <w:r w:rsidRPr="00F154D5">
        <w:rPr>
          <w:lang w:val="es-CO"/>
        </w:rPr>
        <w:t>.</w:t>
      </w:r>
    </w:p>
    <w:p w14:paraId="3FD38020" w14:textId="77777777" w:rsidR="00F55AC3" w:rsidRPr="00F154D5" w:rsidRDefault="00000000" w:rsidP="00F154D5">
      <w:pPr>
        <w:pStyle w:val="Listaconvietas"/>
        <w:spacing w:after="20"/>
        <w:ind w:left="317" w:hanging="173"/>
        <w:jc w:val="both"/>
        <w:rPr>
          <w:lang w:val="es-CO"/>
        </w:rPr>
      </w:pPr>
      <w:r w:rsidRPr="00F154D5">
        <w:rPr>
          <w:lang w:val="es-CO"/>
        </w:rPr>
        <w:t>Evite barras, estrellas o porcentajes gráficos para representar niveles de software o idiomas; los sistemas ATS pueden interpretarlos mal.</w:t>
      </w:r>
    </w:p>
    <w:p w14:paraId="2FE725C4" w14:textId="77777777" w:rsidR="00F55AC3" w:rsidRDefault="00000000" w:rsidP="00F154D5">
      <w:pPr>
        <w:pStyle w:val="Listaconvietas"/>
        <w:spacing w:after="20"/>
        <w:ind w:left="317" w:hanging="173"/>
        <w:jc w:val="both"/>
      </w:pPr>
      <w:r>
        <w:t xml:space="preserve">No </w:t>
      </w:r>
      <w:proofErr w:type="spellStart"/>
      <w:r>
        <w:t>adjunte</w:t>
      </w:r>
      <w:proofErr w:type="spellEnd"/>
      <w:r>
        <w:t xml:space="preserve"> </w:t>
      </w:r>
      <w:proofErr w:type="spellStart"/>
      <w:r>
        <w:t>certificados</w:t>
      </w:r>
      <w:proofErr w:type="spellEnd"/>
      <w:r>
        <w:t>, diplomas o soportes salvo que la empresa los solicite.</w:t>
      </w:r>
    </w:p>
    <w:p w14:paraId="51A09762" w14:textId="77777777" w:rsidR="00F55AC3" w:rsidRDefault="00000000" w:rsidP="00F154D5">
      <w:pPr>
        <w:pBdr>
          <w:bottom w:val="single" w:sz="6" w:space="1" w:color="A6A6A6"/>
        </w:pBdr>
        <w:spacing w:before="140" w:after="60"/>
        <w:jc w:val="both"/>
      </w:pPr>
      <w:r>
        <w:rPr>
          <w:b/>
          <w:color w:val="17365D"/>
          <w:sz w:val="22"/>
        </w:rPr>
        <w:t>CHECKLIST FINAL DEL ESTUDIANTE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F55AC3" w14:paraId="69002353" w14:textId="77777777">
        <w:trPr>
          <w:jc w:val="center"/>
        </w:trPr>
        <w:tc>
          <w:tcPr>
            <w:tcW w:w="5184" w:type="dxa"/>
            <w:shd w:val="clear" w:color="auto" w:fill="D9EAF7"/>
          </w:tcPr>
          <w:p w14:paraId="18DC79DF" w14:textId="77777777" w:rsidR="00F55AC3" w:rsidRDefault="00000000" w:rsidP="00F154D5">
            <w:pPr>
              <w:jc w:val="both"/>
            </w:pPr>
            <w:r>
              <w:rPr>
                <w:b/>
              </w:rPr>
              <w:t>Verificación</w:t>
            </w:r>
          </w:p>
        </w:tc>
        <w:tc>
          <w:tcPr>
            <w:tcW w:w="5184" w:type="dxa"/>
            <w:shd w:val="clear" w:color="auto" w:fill="D9EAF7"/>
          </w:tcPr>
          <w:p w14:paraId="5D3C2FBC" w14:textId="77777777" w:rsidR="00F55AC3" w:rsidRDefault="00000000" w:rsidP="00F154D5">
            <w:pPr>
              <w:jc w:val="both"/>
            </w:pPr>
            <w:r>
              <w:rPr>
                <w:b/>
              </w:rPr>
              <w:t>Sí</w:t>
            </w:r>
          </w:p>
        </w:tc>
      </w:tr>
      <w:tr w:rsidR="00F55AC3" w14:paraId="1334ACDD" w14:textId="77777777">
        <w:trPr>
          <w:jc w:val="center"/>
        </w:trPr>
        <w:tc>
          <w:tcPr>
            <w:tcW w:w="518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55813CC" w14:textId="77777777" w:rsidR="00F55AC3" w:rsidRPr="00F154D5" w:rsidRDefault="00000000" w:rsidP="00F154D5">
            <w:pPr>
              <w:jc w:val="both"/>
              <w:rPr>
                <w:lang w:val="es-CO"/>
              </w:rPr>
            </w:pPr>
            <w:r w:rsidRPr="00F154D5">
              <w:rPr>
                <w:lang w:val="es-CO"/>
              </w:rPr>
              <w:t>Mi perfil profesional está adaptado al tipo de práctica que busco.</w:t>
            </w:r>
          </w:p>
        </w:tc>
        <w:tc>
          <w:tcPr>
            <w:tcW w:w="518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EFC617C" w14:textId="77777777" w:rsidR="00F55AC3" w:rsidRDefault="00000000" w:rsidP="00F154D5">
            <w:pPr>
              <w:jc w:val="both"/>
            </w:pPr>
            <w:r>
              <w:t>☐</w:t>
            </w:r>
          </w:p>
        </w:tc>
      </w:tr>
      <w:tr w:rsidR="00F55AC3" w14:paraId="577701AB" w14:textId="77777777">
        <w:trPr>
          <w:jc w:val="center"/>
        </w:trPr>
        <w:tc>
          <w:tcPr>
            <w:tcW w:w="518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6D85374" w14:textId="77777777" w:rsidR="00F55AC3" w:rsidRPr="00F154D5" w:rsidRDefault="00000000" w:rsidP="00F154D5">
            <w:pPr>
              <w:jc w:val="both"/>
              <w:rPr>
                <w:lang w:val="es-CO"/>
              </w:rPr>
            </w:pPr>
            <w:r w:rsidRPr="00F154D5">
              <w:rPr>
                <w:lang w:val="es-CO"/>
              </w:rPr>
              <w:t>Incluí las herramientas técnicas que realmente manejo.</w:t>
            </w:r>
          </w:p>
        </w:tc>
        <w:tc>
          <w:tcPr>
            <w:tcW w:w="518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40679B0" w14:textId="77777777" w:rsidR="00F55AC3" w:rsidRDefault="00000000" w:rsidP="00F154D5">
            <w:pPr>
              <w:jc w:val="both"/>
            </w:pPr>
            <w:r>
              <w:t>☐</w:t>
            </w:r>
          </w:p>
        </w:tc>
      </w:tr>
      <w:tr w:rsidR="00F55AC3" w14:paraId="489D036C" w14:textId="77777777">
        <w:trPr>
          <w:jc w:val="center"/>
        </w:trPr>
        <w:tc>
          <w:tcPr>
            <w:tcW w:w="518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B87E7D3" w14:textId="77777777" w:rsidR="00F55AC3" w:rsidRPr="00F154D5" w:rsidRDefault="00000000" w:rsidP="00F154D5">
            <w:pPr>
              <w:jc w:val="both"/>
              <w:rPr>
                <w:lang w:val="es-CO"/>
              </w:rPr>
            </w:pPr>
            <w:r w:rsidRPr="00F154D5">
              <w:rPr>
                <w:lang w:val="es-CO"/>
              </w:rPr>
              <w:t>Mostré al menos uno o dos proyectos relevantes.</w:t>
            </w:r>
          </w:p>
        </w:tc>
        <w:tc>
          <w:tcPr>
            <w:tcW w:w="518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7D52FF0" w14:textId="77777777" w:rsidR="00F55AC3" w:rsidRDefault="00000000" w:rsidP="00F154D5">
            <w:pPr>
              <w:jc w:val="both"/>
            </w:pPr>
            <w:r>
              <w:t>☐</w:t>
            </w:r>
          </w:p>
        </w:tc>
      </w:tr>
      <w:tr w:rsidR="00F55AC3" w14:paraId="5B9C407A" w14:textId="77777777">
        <w:trPr>
          <w:jc w:val="center"/>
        </w:trPr>
        <w:tc>
          <w:tcPr>
            <w:tcW w:w="518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A991C2D" w14:textId="77777777" w:rsidR="00F55AC3" w:rsidRPr="00F154D5" w:rsidRDefault="00000000" w:rsidP="00F154D5">
            <w:pPr>
              <w:jc w:val="both"/>
              <w:rPr>
                <w:lang w:val="es-CO"/>
              </w:rPr>
            </w:pPr>
            <w:r w:rsidRPr="00F154D5">
              <w:rPr>
                <w:lang w:val="es-CO"/>
              </w:rPr>
              <w:t>Mis experiencias están descritas con acciones y resultados.</w:t>
            </w:r>
          </w:p>
        </w:tc>
        <w:tc>
          <w:tcPr>
            <w:tcW w:w="518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EDAD14C" w14:textId="77777777" w:rsidR="00F55AC3" w:rsidRDefault="00000000" w:rsidP="00F154D5">
            <w:pPr>
              <w:jc w:val="both"/>
            </w:pPr>
            <w:r>
              <w:t>☐</w:t>
            </w:r>
          </w:p>
        </w:tc>
      </w:tr>
      <w:tr w:rsidR="00F55AC3" w14:paraId="3A176D5A" w14:textId="77777777">
        <w:trPr>
          <w:jc w:val="center"/>
        </w:trPr>
        <w:tc>
          <w:tcPr>
            <w:tcW w:w="518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4626981" w14:textId="77777777" w:rsidR="00F55AC3" w:rsidRPr="00F154D5" w:rsidRDefault="00000000" w:rsidP="00F154D5">
            <w:pPr>
              <w:jc w:val="both"/>
              <w:rPr>
                <w:lang w:val="es-CO"/>
              </w:rPr>
            </w:pPr>
            <w:r w:rsidRPr="00F154D5">
              <w:rPr>
                <w:lang w:val="es-CO"/>
              </w:rPr>
              <w:t>Mi CV no contiene datos personales innecesarios.</w:t>
            </w:r>
          </w:p>
        </w:tc>
        <w:tc>
          <w:tcPr>
            <w:tcW w:w="518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E7643E5" w14:textId="77777777" w:rsidR="00F55AC3" w:rsidRDefault="00000000" w:rsidP="00F154D5">
            <w:pPr>
              <w:jc w:val="both"/>
            </w:pPr>
            <w:r>
              <w:t>☐</w:t>
            </w:r>
          </w:p>
        </w:tc>
      </w:tr>
      <w:tr w:rsidR="00F55AC3" w14:paraId="548A8DCB" w14:textId="77777777">
        <w:trPr>
          <w:jc w:val="center"/>
        </w:trPr>
        <w:tc>
          <w:tcPr>
            <w:tcW w:w="518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FCAE246" w14:textId="77777777" w:rsidR="00F55AC3" w:rsidRPr="00F154D5" w:rsidRDefault="00000000" w:rsidP="00F154D5">
            <w:pPr>
              <w:jc w:val="both"/>
              <w:rPr>
                <w:lang w:val="es-CO"/>
              </w:rPr>
            </w:pPr>
            <w:r w:rsidRPr="00F154D5">
              <w:rPr>
                <w:lang w:val="es-CO"/>
              </w:rPr>
              <w:t>El documento tiene máximo 2 páginas.</w:t>
            </w:r>
          </w:p>
        </w:tc>
        <w:tc>
          <w:tcPr>
            <w:tcW w:w="518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5576356" w14:textId="77777777" w:rsidR="00F55AC3" w:rsidRDefault="00000000" w:rsidP="00F154D5">
            <w:pPr>
              <w:jc w:val="both"/>
            </w:pPr>
            <w:r>
              <w:t>☐</w:t>
            </w:r>
          </w:p>
        </w:tc>
      </w:tr>
      <w:tr w:rsidR="00F55AC3" w14:paraId="2D8E1066" w14:textId="77777777">
        <w:trPr>
          <w:jc w:val="center"/>
        </w:trPr>
        <w:tc>
          <w:tcPr>
            <w:tcW w:w="518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26E7D62" w14:textId="77777777" w:rsidR="00F55AC3" w:rsidRPr="00F154D5" w:rsidRDefault="00000000" w:rsidP="00F154D5">
            <w:pPr>
              <w:jc w:val="both"/>
              <w:rPr>
                <w:lang w:val="es-CO"/>
              </w:rPr>
            </w:pPr>
            <w:r w:rsidRPr="00F154D5">
              <w:rPr>
                <w:lang w:val="es-CO"/>
              </w:rPr>
              <w:t>Revisé ortografía, fechas y datos de contacto.</w:t>
            </w:r>
          </w:p>
        </w:tc>
        <w:tc>
          <w:tcPr>
            <w:tcW w:w="518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3CD143C" w14:textId="77777777" w:rsidR="00F55AC3" w:rsidRDefault="00000000" w:rsidP="00F154D5">
            <w:pPr>
              <w:jc w:val="both"/>
            </w:pPr>
            <w:r>
              <w:t>☐</w:t>
            </w:r>
          </w:p>
        </w:tc>
      </w:tr>
      <w:tr w:rsidR="00F55AC3" w14:paraId="3C2D1F5F" w14:textId="77777777">
        <w:trPr>
          <w:jc w:val="center"/>
        </w:trPr>
        <w:tc>
          <w:tcPr>
            <w:tcW w:w="518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E17E149" w14:textId="77777777" w:rsidR="00F55AC3" w:rsidRPr="00F154D5" w:rsidRDefault="00000000" w:rsidP="00F154D5">
            <w:pPr>
              <w:jc w:val="both"/>
              <w:rPr>
                <w:lang w:val="es-CO"/>
              </w:rPr>
            </w:pPr>
            <w:r w:rsidRPr="00F154D5">
              <w:rPr>
                <w:lang w:val="es-CO"/>
              </w:rPr>
              <w:t>La versión que enviaré está en PDF.</w:t>
            </w:r>
          </w:p>
        </w:tc>
        <w:tc>
          <w:tcPr>
            <w:tcW w:w="518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52A8B41" w14:textId="77777777" w:rsidR="00F55AC3" w:rsidRDefault="00000000" w:rsidP="00F154D5">
            <w:pPr>
              <w:jc w:val="both"/>
            </w:pPr>
            <w:r>
              <w:t>☐</w:t>
            </w:r>
          </w:p>
        </w:tc>
      </w:tr>
    </w:tbl>
    <w:p w14:paraId="2A19426D" w14:textId="77777777" w:rsidR="00F55AC3" w:rsidRPr="00F154D5" w:rsidRDefault="00000000" w:rsidP="00F154D5">
      <w:pPr>
        <w:spacing w:before="160"/>
        <w:jc w:val="both"/>
        <w:rPr>
          <w:lang w:val="es-CO"/>
        </w:rPr>
      </w:pPr>
      <w:r w:rsidRPr="00F154D5">
        <w:rPr>
          <w:b/>
          <w:color w:val="17365D"/>
          <w:lang w:val="es-CO"/>
        </w:rPr>
        <w:t>Programa de Ingeniería Eléctrica - Universidad de Pamplona</w:t>
      </w:r>
    </w:p>
    <w:sectPr w:rsidR="00F55AC3" w:rsidRPr="00F154D5" w:rsidSect="00034616">
      <w:head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ADE98" w14:textId="77777777" w:rsidR="00002A48" w:rsidRDefault="00002A48">
      <w:pPr>
        <w:spacing w:after="0" w:line="240" w:lineRule="auto"/>
      </w:pPr>
      <w:r>
        <w:separator/>
      </w:r>
    </w:p>
  </w:endnote>
  <w:endnote w:type="continuationSeparator" w:id="0">
    <w:p w14:paraId="307CA242" w14:textId="77777777" w:rsidR="00002A48" w:rsidRDefault="00002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899B6" w14:textId="77777777" w:rsidR="00002A48" w:rsidRDefault="00002A48">
      <w:pPr>
        <w:spacing w:after="0" w:line="240" w:lineRule="auto"/>
      </w:pPr>
      <w:r>
        <w:separator/>
      </w:r>
    </w:p>
  </w:footnote>
  <w:footnote w:type="continuationSeparator" w:id="0">
    <w:p w14:paraId="0E507579" w14:textId="77777777" w:rsidR="00002A48" w:rsidRDefault="00002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"/>
      <w:tblW w:w="5000" w:type="pct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1E0" w:firstRow="1" w:lastRow="1" w:firstColumn="1" w:lastColumn="1" w:noHBand="0" w:noVBand="0"/>
    </w:tblPr>
    <w:tblGrid>
      <w:gridCol w:w="1584"/>
      <w:gridCol w:w="6218"/>
      <w:gridCol w:w="992"/>
      <w:gridCol w:w="1584"/>
    </w:tblGrid>
    <w:tr w:rsidR="00F154D5" w14:paraId="220FCB6C" w14:textId="77777777" w:rsidTr="00F154D5">
      <w:trPr>
        <w:trHeight w:val="530"/>
      </w:trPr>
      <w:tc>
        <w:tcPr>
          <w:tcW w:w="763" w:type="pct"/>
          <w:vMerge w:val="restart"/>
          <w:vAlign w:val="center"/>
        </w:tcPr>
        <w:p w14:paraId="27700273" w14:textId="51FC463E" w:rsidR="00F154D5" w:rsidRDefault="00F154D5" w:rsidP="00F154D5">
          <w:pPr>
            <w:pStyle w:val="TableParagraph"/>
            <w:spacing w:before="0"/>
            <w:rPr>
              <w:rFonts w:ascii="Times New Roman"/>
            </w:rPr>
          </w:pPr>
          <w:r>
            <w:rPr>
              <w:rFonts w:ascii="Times New Roman"/>
              <w:noProof/>
            </w:rPr>
            <w:drawing>
              <wp:inline distT="0" distB="0" distL="0" distR="0" wp14:anchorId="561F9296" wp14:editId="161EBEE4">
                <wp:extent cx="640984" cy="838200"/>
                <wp:effectExtent l="0" t="0" r="6985" b="0"/>
                <wp:docPr id="47730707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730707" name="Imagen 47730707"/>
                        <pic:cNvPicPr/>
                      </pic:nvPicPr>
                      <pic:blipFill>
                        <a:blip r:embed="rId1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saturation sat="0"/>
                                  </a14:imgEffect>
                                </a14:imgLayer>
                              </a14:imgProps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3393" cy="841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6" w:type="pct"/>
          <w:vMerge w:val="restart"/>
          <w:vAlign w:val="center"/>
        </w:tcPr>
        <w:p w14:paraId="410712AA" w14:textId="77777777" w:rsidR="00F154D5" w:rsidRDefault="00F154D5" w:rsidP="00F154D5">
          <w:pPr>
            <w:pStyle w:val="TableParagraph"/>
            <w:spacing w:before="120" w:after="120" w:line="259" w:lineRule="auto"/>
            <w:ind w:left="96" w:right="91"/>
            <w:rPr>
              <w:b/>
            </w:rPr>
          </w:pPr>
          <w:r>
            <w:rPr>
              <w:b/>
            </w:rPr>
            <w:t>Hoja</w:t>
          </w:r>
          <w:r w:rsidRPr="00F154D5">
            <w:rPr>
              <w:b/>
            </w:rPr>
            <w:t xml:space="preserve"> </w:t>
          </w:r>
          <w:r>
            <w:rPr>
              <w:b/>
            </w:rPr>
            <w:t>de</w:t>
          </w:r>
          <w:r w:rsidRPr="00F154D5">
            <w:rPr>
              <w:b/>
            </w:rPr>
            <w:t xml:space="preserve"> </w:t>
          </w:r>
          <w:r>
            <w:rPr>
              <w:b/>
            </w:rPr>
            <w:t>vida</w:t>
          </w:r>
          <w:r w:rsidRPr="00F154D5">
            <w:rPr>
              <w:b/>
            </w:rPr>
            <w:t xml:space="preserve"> </w:t>
          </w:r>
          <w:r>
            <w:rPr>
              <w:b/>
            </w:rPr>
            <w:t>estudiante</w:t>
          </w:r>
          <w:r w:rsidRPr="00F154D5">
            <w:rPr>
              <w:b/>
            </w:rPr>
            <w:t xml:space="preserve"> </w:t>
          </w:r>
          <w:r>
            <w:rPr>
              <w:b/>
            </w:rPr>
            <w:t>en</w:t>
          </w:r>
          <w:r w:rsidRPr="00F154D5">
            <w:rPr>
              <w:b/>
            </w:rPr>
            <w:t xml:space="preserve"> </w:t>
          </w:r>
          <w:r>
            <w:rPr>
              <w:b/>
            </w:rPr>
            <w:t xml:space="preserve">prácticas </w:t>
          </w:r>
        </w:p>
        <w:p w14:paraId="5CA38EFA" w14:textId="77777777" w:rsidR="00F154D5" w:rsidRDefault="00F154D5" w:rsidP="00F154D5">
          <w:pPr>
            <w:pStyle w:val="TableParagraph"/>
            <w:spacing w:before="120" w:after="120" w:line="259" w:lineRule="auto"/>
            <w:ind w:left="96" w:right="91"/>
            <w:rPr>
              <w:b/>
            </w:rPr>
          </w:pPr>
          <w:r>
            <w:rPr>
              <w:b/>
            </w:rPr>
            <w:t xml:space="preserve">Programa de Ingeniería Eléctrica </w:t>
          </w:r>
        </w:p>
        <w:p w14:paraId="0F1AB2B3" w14:textId="4763D9B3" w:rsidR="00F154D5" w:rsidRDefault="00F154D5" w:rsidP="00F154D5">
          <w:pPr>
            <w:pStyle w:val="TableParagraph"/>
            <w:spacing w:before="120" w:after="120" w:line="259" w:lineRule="auto"/>
            <w:ind w:left="96" w:right="91"/>
            <w:rPr>
              <w:b/>
            </w:rPr>
          </w:pPr>
          <w:r>
            <w:rPr>
              <w:b/>
            </w:rPr>
            <w:t>Universidad de Pamplona</w:t>
          </w:r>
        </w:p>
      </w:tc>
      <w:tc>
        <w:tcPr>
          <w:tcW w:w="478" w:type="pct"/>
          <w:vAlign w:val="center"/>
        </w:tcPr>
        <w:p w14:paraId="0E4623FE" w14:textId="77777777" w:rsidR="00F154D5" w:rsidRDefault="00F154D5" w:rsidP="00F154D5">
          <w:pPr>
            <w:pStyle w:val="TableParagraph"/>
            <w:ind w:left="36" w:right="126"/>
            <w:rPr>
              <w:b/>
            </w:rPr>
          </w:pPr>
          <w:r>
            <w:rPr>
              <w:b/>
              <w:spacing w:val="-2"/>
            </w:rPr>
            <w:t>Código</w:t>
          </w:r>
        </w:p>
      </w:tc>
      <w:tc>
        <w:tcPr>
          <w:tcW w:w="763" w:type="pct"/>
          <w:vAlign w:val="center"/>
        </w:tcPr>
        <w:p w14:paraId="33DF8C22" w14:textId="79CF3DF1" w:rsidR="00F154D5" w:rsidRDefault="00F154D5" w:rsidP="00F154D5">
          <w:pPr>
            <w:pStyle w:val="TableParagraph"/>
            <w:ind w:left="5"/>
            <w:rPr>
              <w:rFonts w:ascii="Arial MT"/>
            </w:rPr>
          </w:pPr>
          <w:r>
            <w:rPr>
              <w:rFonts w:ascii="Arial MT"/>
            </w:rPr>
            <w:t>IELE-TG06</w:t>
          </w:r>
          <w:r>
            <w:rPr>
              <w:rFonts w:ascii="Arial MT"/>
              <w:spacing w:val="-7"/>
            </w:rPr>
            <w:t xml:space="preserve"> </w:t>
          </w:r>
          <w:r>
            <w:rPr>
              <w:rFonts w:ascii="Arial MT"/>
              <w:spacing w:val="-5"/>
            </w:rPr>
            <w:t>v</w:t>
          </w:r>
          <w:r>
            <w:rPr>
              <w:rFonts w:ascii="Arial MT"/>
              <w:spacing w:val="-5"/>
            </w:rPr>
            <w:t>3</w:t>
          </w:r>
        </w:p>
      </w:tc>
    </w:tr>
    <w:tr w:rsidR="00F154D5" w14:paraId="20F028D5" w14:textId="77777777" w:rsidTr="00F154D5">
      <w:trPr>
        <w:trHeight w:val="780"/>
      </w:trPr>
      <w:tc>
        <w:tcPr>
          <w:tcW w:w="763" w:type="pct"/>
          <w:vMerge/>
          <w:tcBorders>
            <w:top w:val="nil"/>
          </w:tcBorders>
          <w:vAlign w:val="center"/>
        </w:tcPr>
        <w:p w14:paraId="52FBA442" w14:textId="77777777" w:rsidR="00F154D5" w:rsidRDefault="00F154D5" w:rsidP="00F154D5">
          <w:pPr>
            <w:rPr>
              <w:sz w:val="2"/>
              <w:szCs w:val="2"/>
            </w:rPr>
          </w:pPr>
        </w:p>
      </w:tc>
      <w:tc>
        <w:tcPr>
          <w:tcW w:w="2996" w:type="pct"/>
          <w:vMerge/>
          <w:tcBorders>
            <w:top w:val="nil"/>
          </w:tcBorders>
          <w:vAlign w:val="center"/>
        </w:tcPr>
        <w:p w14:paraId="1AD95065" w14:textId="77777777" w:rsidR="00F154D5" w:rsidRDefault="00F154D5" w:rsidP="00F154D5">
          <w:pPr>
            <w:rPr>
              <w:sz w:val="2"/>
              <w:szCs w:val="2"/>
            </w:rPr>
          </w:pPr>
        </w:p>
      </w:tc>
      <w:tc>
        <w:tcPr>
          <w:tcW w:w="478" w:type="pct"/>
          <w:vAlign w:val="center"/>
        </w:tcPr>
        <w:p w14:paraId="1DEDF30F" w14:textId="77777777" w:rsidR="00F154D5" w:rsidRDefault="00F154D5" w:rsidP="00F154D5">
          <w:pPr>
            <w:pStyle w:val="TableParagraph"/>
            <w:spacing w:before="173"/>
            <w:ind w:right="126"/>
            <w:rPr>
              <w:b/>
            </w:rPr>
          </w:pPr>
          <w:r>
            <w:rPr>
              <w:b/>
              <w:spacing w:val="-2"/>
            </w:rPr>
            <w:t>Página</w:t>
          </w:r>
        </w:p>
      </w:tc>
      <w:tc>
        <w:tcPr>
          <w:tcW w:w="763" w:type="pct"/>
          <w:vAlign w:val="center"/>
        </w:tcPr>
        <w:p w14:paraId="4C923B0C" w14:textId="77777777" w:rsidR="00F154D5" w:rsidRDefault="00F154D5" w:rsidP="00F154D5">
          <w:pPr>
            <w:pStyle w:val="TableParagraph"/>
            <w:spacing w:before="173"/>
            <w:ind w:left="5"/>
            <w:rPr>
              <w:rFonts w:ascii="Arial MT"/>
            </w:rPr>
          </w:pPr>
          <w:r>
            <w:rPr>
              <w:rFonts w:ascii="Arial MT"/>
            </w:rPr>
            <w:fldChar w:fldCharType="begin"/>
          </w:r>
          <w:r>
            <w:rPr>
              <w:rFonts w:ascii="Arial MT"/>
            </w:rPr>
            <w:instrText xml:space="preserve"> PAGE </w:instrText>
          </w:r>
          <w:r>
            <w:rPr>
              <w:rFonts w:ascii="Arial MT"/>
            </w:rPr>
            <w:fldChar w:fldCharType="separate"/>
          </w:r>
          <w:r>
            <w:rPr>
              <w:rFonts w:ascii="Arial MT"/>
            </w:rPr>
            <w:t>1</w:t>
          </w:r>
          <w:r>
            <w:rPr>
              <w:rFonts w:ascii="Arial MT"/>
            </w:rPr>
            <w:fldChar w:fldCharType="end"/>
          </w:r>
          <w:r>
            <w:rPr>
              <w:rFonts w:ascii="Arial MT"/>
              <w:spacing w:val="-1"/>
            </w:rPr>
            <w:t xml:space="preserve"> </w:t>
          </w:r>
          <w:r>
            <w:rPr>
              <w:rFonts w:ascii="Arial MT"/>
            </w:rPr>
            <w:t xml:space="preserve">de </w:t>
          </w:r>
          <w:r>
            <w:rPr>
              <w:rFonts w:ascii="Arial MT"/>
              <w:spacing w:val="-10"/>
            </w:rPr>
            <w:fldChar w:fldCharType="begin"/>
          </w:r>
          <w:r>
            <w:rPr>
              <w:rFonts w:ascii="Arial MT"/>
              <w:spacing w:val="-10"/>
            </w:rPr>
            <w:instrText xml:space="preserve"> NUMPAGES </w:instrText>
          </w:r>
          <w:r>
            <w:rPr>
              <w:rFonts w:ascii="Arial MT"/>
              <w:spacing w:val="-10"/>
            </w:rPr>
            <w:fldChar w:fldCharType="separate"/>
          </w:r>
          <w:r>
            <w:rPr>
              <w:rFonts w:ascii="Arial MT"/>
              <w:spacing w:val="-10"/>
            </w:rPr>
            <w:t>2</w:t>
          </w:r>
          <w:r>
            <w:rPr>
              <w:rFonts w:ascii="Arial MT"/>
              <w:spacing w:val="-10"/>
            </w:rPr>
            <w:fldChar w:fldCharType="end"/>
          </w:r>
        </w:p>
      </w:tc>
    </w:tr>
  </w:tbl>
  <w:p w14:paraId="3C3B0AD1" w14:textId="2DAED6B7" w:rsidR="00F55AC3" w:rsidRPr="00F154D5" w:rsidRDefault="00F55AC3" w:rsidP="00F154D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97955488">
    <w:abstractNumId w:val="8"/>
  </w:num>
  <w:num w:numId="2" w16cid:durableId="558901898">
    <w:abstractNumId w:val="6"/>
  </w:num>
  <w:num w:numId="3" w16cid:durableId="1464154333">
    <w:abstractNumId w:val="5"/>
  </w:num>
  <w:num w:numId="4" w16cid:durableId="1457605691">
    <w:abstractNumId w:val="4"/>
  </w:num>
  <w:num w:numId="5" w16cid:durableId="2142069079">
    <w:abstractNumId w:val="7"/>
  </w:num>
  <w:num w:numId="6" w16cid:durableId="854687292">
    <w:abstractNumId w:val="3"/>
  </w:num>
  <w:num w:numId="7" w16cid:durableId="81731219">
    <w:abstractNumId w:val="2"/>
  </w:num>
  <w:num w:numId="8" w16cid:durableId="216094162">
    <w:abstractNumId w:val="1"/>
  </w:num>
  <w:num w:numId="9" w16cid:durableId="200480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2A48"/>
    <w:rsid w:val="00034616"/>
    <w:rsid w:val="0006063C"/>
    <w:rsid w:val="00130346"/>
    <w:rsid w:val="001462F8"/>
    <w:rsid w:val="0015074B"/>
    <w:rsid w:val="0029639D"/>
    <w:rsid w:val="002E64E5"/>
    <w:rsid w:val="00326F90"/>
    <w:rsid w:val="00AA1D8D"/>
    <w:rsid w:val="00B47730"/>
    <w:rsid w:val="00CB0664"/>
    <w:rsid w:val="00F154D5"/>
    <w:rsid w:val="00F55A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12F532C"/>
  <w14:defaultImageDpi w14:val="300"/>
  <w15:docId w15:val="{8F06D5E6-F9EE-455C-A014-A3A0542DE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365D"/>
      <w:sz w:val="26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4E79"/>
      <w:sz w:val="2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36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dicacion">
    <w:name w:val="Indicacion"/>
    <w:pPr>
      <w:spacing w:after="80"/>
    </w:pPr>
    <w:rPr>
      <w:rFonts w:ascii="Aptos" w:hAnsi="Aptos"/>
      <w:i/>
      <w:color w:val="595959"/>
      <w:sz w:val="18"/>
    </w:rPr>
  </w:style>
  <w:style w:type="table" w:customStyle="1" w:styleId="TableNormal">
    <w:name w:val="Table Normal"/>
    <w:uiPriority w:val="2"/>
    <w:semiHidden/>
    <w:unhideWhenUsed/>
    <w:qFormat/>
    <w:rsid w:val="00F154D5"/>
    <w:pPr>
      <w:widowControl w:val="0"/>
      <w:autoSpaceDE w:val="0"/>
      <w:autoSpaceDN w:val="0"/>
      <w:spacing w:after="0" w:line="240" w:lineRule="auto"/>
    </w:pPr>
    <w:rPr>
      <w:rFonts w:eastAsia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154D5"/>
    <w:pPr>
      <w:widowControl w:val="0"/>
      <w:autoSpaceDE w:val="0"/>
      <w:autoSpaceDN w:val="0"/>
      <w:spacing w:before="139" w:after="0" w:line="240" w:lineRule="auto"/>
      <w:jc w:val="center"/>
    </w:pPr>
    <w:rPr>
      <w:rFonts w:ascii="Arial" w:eastAsia="Arial" w:hAnsi="Arial" w:cs="Arial"/>
      <w:sz w:val="22"/>
      <w:lang w:val="es-ES"/>
    </w:rPr>
  </w:style>
  <w:style w:type="character" w:styleId="Hipervnculo">
    <w:name w:val="Hyperlink"/>
    <w:basedOn w:val="Fuentedeprrafopredeter"/>
    <w:uiPriority w:val="99"/>
    <w:unhideWhenUsed/>
    <w:rsid w:val="00F154D5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154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rreo@unipamplona.edu.c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944</Words>
  <Characters>5197</Characters>
  <Application>Microsoft Office Word</Application>
  <DocSecurity>0</DocSecurity>
  <Lines>43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6129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Jenny Andrea  Rolón Heredia</cp:lastModifiedBy>
  <cp:revision>3</cp:revision>
  <dcterms:created xsi:type="dcterms:W3CDTF">2026-09-13T15:07:00Z</dcterms:created>
  <dcterms:modified xsi:type="dcterms:W3CDTF">2026-09-13T15:08:00Z</dcterms:modified>
  <cp:category/>
</cp:coreProperties>
</file>